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CF3E2" w14:textId="61B7B49C" w:rsidR="00084F5B" w:rsidRPr="004264D4" w:rsidRDefault="004264D4" w:rsidP="004264D4">
      <w:pPr>
        <w:pStyle w:val="Heading1"/>
        <w:jc w:val="center"/>
        <w:rPr>
          <w:rFonts w:ascii="Arial" w:hAnsi="Arial" w:cs="Arial"/>
          <w:color w:val="000000" w:themeColor="text1"/>
          <w:sz w:val="40"/>
          <w:szCs w:val="40"/>
        </w:rPr>
      </w:pPr>
      <w:r>
        <w:rPr>
          <w:rFonts w:ascii="Arial" w:hAnsi="Arial" w:cs="Arial"/>
          <w:color w:val="000000" w:themeColor="text1"/>
          <w:sz w:val="40"/>
          <w:szCs w:val="40"/>
        </w:rPr>
        <w:t>Angreskjema</w:t>
      </w:r>
      <w:r w:rsidR="00000000" w:rsidRPr="004264D4">
        <w:rPr>
          <w:rFonts w:ascii="Arial" w:hAnsi="Arial" w:cs="Arial"/>
          <w:color w:val="000000" w:themeColor="text1"/>
          <w:sz w:val="40"/>
          <w:szCs w:val="40"/>
        </w:rPr>
        <w:t xml:space="preserve"> – </w:t>
      </w:r>
      <w:r>
        <w:rPr>
          <w:rFonts w:ascii="Arial" w:hAnsi="Arial" w:cs="Arial"/>
          <w:color w:val="000000" w:themeColor="text1"/>
          <w:sz w:val="40"/>
          <w:szCs w:val="40"/>
        </w:rPr>
        <w:t>Standart</w:t>
      </w:r>
      <w:r w:rsidR="00000000" w:rsidRPr="004264D4">
        <w:rPr>
          <w:rFonts w:ascii="Arial" w:hAnsi="Arial" w:cs="Arial"/>
          <w:color w:val="000000" w:themeColor="text1"/>
          <w:sz w:val="40"/>
          <w:szCs w:val="40"/>
        </w:rPr>
        <w:t xml:space="preserve"> </w:t>
      </w:r>
      <w:r>
        <w:rPr>
          <w:rFonts w:ascii="Arial" w:hAnsi="Arial" w:cs="Arial"/>
          <w:color w:val="000000" w:themeColor="text1"/>
          <w:sz w:val="40"/>
          <w:szCs w:val="40"/>
        </w:rPr>
        <w:t>formuler</w:t>
      </w:r>
    </w:p>
    <w:p w14:paraId="57C4D4D4" w14:textId="77777777" w:rsidR="00084F5B" w:rsidRPr="004264D4" w:rsidRDefault="00000000" w:rsidP="004264D4">
      <w:pPr>
        <w:jc w:val="center"/>
        <w:rPr>
          <w:rFonts w:ascii="Arial" w:hAnsi="Arial" w:cs="Arial"/>
          <w:color w:val="000000" w:themeColor="text1"/>
        </w:rPr>
      </w:pPr>
      <w:r w:rsidRPr="004264D4">
        <w:rPr>
          <w:rFonts w:ascii="Arial" w:hAnsi="Arial" w:cs="Arial"/>
          <w:color w:val="000000" w:themeColor="text1"/>
        </w:rPr>
        <w:t>Dette skjemaet kan brukes dersom du ønsker å benytte angreretten etter angrerettloven. Skjemaet kan fylles ut elektronisk eller sendes per post/e-post.</w:t>
      </w:r>
    </w:p>
    <w:p w14:paraId="38B2EEDA" w14:textId="77777777" w:rsidR="00F911B1" w:rsidRDefault="00F911B1">
      <w:pPr>
        <w:pStyle w:val="Heading2"/>
        <w:rPr>
          <w:rFonts w:ascii="Arial" w:hAnsi="Arial" w:cs="Arial"/>
          <w:color w:val="000000" w:themeColor="text1"/>
        </w:rPr>
      </w:pPr>
    </w:p>
    <w:p w14:paraId="7F8C9C29" w14:textId="77777777" w:rsidR="004264D4" w:rsidRPr="004264D4" w:rsidRDefault="004264D4" w:rsidP="004264D4"/>
    <w:p w14:paraId="3525BDE8" w14:textId="7C263719" w:rsidR="00084F5B" w:rsidRPr="004264D4" w:rsidRDefault="00000000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  <w:r w:rsidRPr="004264D4">
        <w:rPr>
          <w:rFonts w:ascii="Arial" w:hAnsi="Arial" w:cs="Arial"/>
          <w:color w:val="000000" w:themeColor="text1"/>
          <w:sz w:val="32"/>
          <w:szCs w:val="32"/>
        </w:rPr>
        <w:t>Selger</w:t>
      </w:r>
    </w:p>
    <w:p w14:paraId="03F32E8C" w14:textId="2D3599C6" w:rsidR="00084F5B" w:rsidRPr="004264D4" w:rsidRDefault="00000000">
      <w:pPr>
        <w:rPr>
          <w:rFonts w:ascii="Arial" w:hAnsi="Arial" w:cs="Arial"/>
          <w:color w:val="000000" w:themeColor="text1"/>
        </w:rPr>
      </w:pPr>
      <w:r w:rsidRPr="004264D4">
        <w:rPr>
          <w:rFonts w:ascii="Arial" w:hAnsi="Arial" w:cs="Arial"/>
          <w:color w:val="000000" w:themeColor="text1"/>
        </w:rPr>
        <w:t>Utecomfort AS</w:t>
      </w:r>
      <w:r w:rsidRPr="004264D4">
        <w:rPr>
          <w:rFonts w:ascii="Arial" w:hAnsi="Arial" w:cs="Arial"/>
          <w:color w:val="000000" w:themeColor="text1"/>
        </w:rPr>
        <w:br/>
        <w:t>Org.nr: 999 298 672 MVA</w:t>
      </w:r>
      <w:r w:rsidRPr="004264D4">
        <w:rPr>
          <w:rFonts w:ascii="Arial" w:hAnsi="Arial" w:cs="Arial"/>
          <w:color w:val="000000" w:themeColor="text1"/>
        </w:rPr>
        <w:br/>
        <w:t>Adresse: Røykenveien 70 B, 1386 Asker</w:t>
      </w:r>
      <w:r w:rsidRPr="004264D4">
        <w:rPr>
          <w:rFonts w:ascii="Arial" w:hAnsi="Arial" w:cs="Arial"/>
          <w:color w:val="000000" w:themeColor="text1"/>
        </w:rPr>
        <w:br/>
        <w:t>E-post: info@utecomfort.no</w:t>
      </w:r>
      <w:r w:rsidRPr="004264D4">
        <w:rPr>
          <w:rFonts w:ascii="Arial" w:hAnsi="Arial" w:cs="Arial"/>
          <w:color w:val="000000" w:themeColor="text1"/>
        </w:rPr>
        <w:br/>
        <w:t xml:space="preserve">Telefon: +47 </w:t>
      </w:r>
      <w:r w:rsidR="00FE1B81">
        <w:rPr>
          <w:rFonts w:ascii="Arial" w:hAnsi="Arial" w:cs="Arial"/>
          <w:color w:val="000000" w:themeColor="text1"/>
        </w:rPr>
        <w:t>66 10 14 20</w:t>
      </w:r>
    </w:p>
    <w:p w14:paraId="3CFDB3FB" w14:textId="77777777" w:rsidR="00F911B1" w:rsidRPr="004264D4" w:rsidRDefault="00F911B1">
      <w:pPr>
        <w:pStyle w:val="Heading2"/>
        <w:rPr>
          <w:rFonts w:ascii="Arial" w:hAnsi="Arial" w:cs="Arial"/>
          <w:color w:val="000000" w:themeColor="text1"/>
        </w:rPr>
      </w:pPr>
    </w:p>
    <w:p w14:paraId="234D6C5B" w14:textId="3A7380EF" w:rsidR="00084F5B" w:rsidRPr="004264D4" w:rsidRDefault="00000000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  <w:r w:rsidRPr="004264D4">
        <w:rPr>
          <w:rFonts w:ascii="Arial" w:hAnsi="Arial" w:cs="Arial"/>
          <w:color w:val="000000" w:themeColor="text1"/>
          <w:sz w:val="32"/>
          <w:szCs w:val="32"/>
        </w:rPr>
        <w:t>Forbruker</w:t>
      </w:r>
    </w:p>
    <w:p w14:paraId="6C429B13" w14:textId="77777777" w:rsidR="00084F5B" w:rsidRPr="004264D4" w:rsidRDefault="00000000">
      <w:pPr>
        <w:rPr>
          <w:rFonts w:ascii="Arial" w:hAnsi="Arial" w:cs="Arial"/>
          <w:color w:val="000000" w:themeColor="text1"/>
        </w:rPr>
      </w:pPr>
      <w:r w:rsidRPr="004264D4">
        <w:rPr>
          <w:rFonts w:ascii="Arial" w:hAnsi="Arial" w:cs="Arial"/>
          <w:color w:val="000000" w:themeColor="text1"/>
        </w:rPr>
        <w:t>Navn: ________________________</w:t>
      </w:r>
      <w:r w:rsidRPr="004264D4">
        <w:rPr>
          <w:rFonts w:ascii="Arial" w:hAnsi="Arial" w:cs="Arial"/>
          <w:color w:val="000000" w:themeColor="text1"/>
        </w:rPr>
        <w:br/>
        <w:t>Adresse: ________________________</w:t>
      </w:r>
      <w:r w:rsidRPr="004264D4">
        <w:rPr>
          <w:rFonts w:ascii="Arial" w:hAnsi="Arial" w:cs="Arial"/>
          <w:color w:val="000000" w:themeColor="text1"/>
        </w:rPr>
        <w:br/>
        <w:t>Postnr/sted: ________________________</w:t>
      </w:r>
      <w:r w:rsidRPr="004264D4">
        <w:rPr>
          <w:rFonts w:ascii="Arial" w:hAnsi="Arial" w:cs="Arial"/>
          <w:color w:val="000000" w:themeColor="text1"/>
        </w:rPr>
        <w:br/>
        <w:t>E-post / tlf: ________________________</w:t>
      </w:r>
    </w:p>
    <w:p w14:paraId="48DA0500" w14:textId="77777777" w:rsidR="00F911B1" w:rsidRPr="004264D4" w:rsidRDefault="00F911B1">
      <w:pPr>
        <w:pStyle w:val="Heading2"/>
        <w:rPr>
          <w:rFonts w:ascii="Arial" w:hAnsi="Arial" w:cs="Arial"/>
          <w:color w:val="000000" w:themeColor="text1"/>
        </w:rPr>
      </w:pPr>
    </w:p>
    <w:p w14:paraId="524414B3" w14:textId="611CB7F6" w:rsidR="00084F5B" w:rsidRPr="004264D4" w:rsidRDefault="00000000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  <w:r w:rsidRPr="004264D4">
        <w:rPr>
          <w:rFonts w:ascii="Arial" w:hAnsi="Arial" w:cs="Arial"/>
          <w:color w:val="000000" w:themeColor="text1"/>
          <w:sz w:val="32"/>
          <w:szCs w:val="32"/>
        </w:rPr>
        <w:t>Ordreinformasjon</w:t>
      </w:r>
    </w:p>
    <w:p w14:paraId="18DAE6FB" w14:textId="77777777" w:rsidR="00084F5B" w:rsidRPr="004264D4" w:rsidRDefault="00000000">
      <w:pPr>
        <w:rPr>
          <w:rFonts w:ascii="Arial" w:hAnsi="Arial" w:cs="Arial"/>
          <w:color w:val="000000" w:themeColor="text1"/>
        </w:rPr>
      </w:pPr>
      <w:r w:rsidRPr="004264D4">
        <w:rPr>
          <w:rFonts w:ascii="Arial" w:hAnsi="Arial" w:cs="Arial"/>
          <w:color w:val="000000" w:themeColor="text1"/>
        </w:rPr>
        <w:t>Ordrenr: ________________________</w:t>
      </w:r>
      <w:r w:rsidRPr="004264D4">
        <w:rPr>
          <w:rFonts w:ascii="Arial" w:hAnsi="Arial" w:cs="Arial"/>
          <w:color w:val="000000" w:themeColor="text1"/>
        </w:rPr>
        <w:br/>
        <w:t>Bestillingsdato: ________________________</w:t>
      </w:r>
      <w:r w:rsidRPr="004264D4">
        <w:rPr>
          <w:rFonts w:ascii="Arial" w:hAnsi="Arial" w:cs="Arial"/>
          <w:color w:val="000000" w:themeColor="text1"/>
        </w:rPr>
        <w:br/>
        <w:t>Mottaksdato: ________________________</w:t>
      </w:r>
    </w:p>
    <w:p w14:paraId="20DBD765" w14:textId="77777777" w:rsidR="00084F5B" w:rsidRPr="004264D4" w:rsidRDefault="00000000">
      <w:pPr>
        <w:rPr>
          <w:rFonts w:ascii="Arial" w:hAnsi="Arial" w:cs="Arial"/>
          <w:color w:val="000000" w:themeColor="text1"/>
        </w:rPr>
      </w:pPr>
      <w:r w:rsidRPr="004264D4">
        <w:rPr>
          <w:rFonts w:ascii="Arial" w:hAnsi="Arial" w:cs="Arial"/>
          <w:color w:val="000000" w:themeColor="text1"/>
        </w:rPr>
        <w:t>Jeg ønsker å angre kjøpet av følgende varer:</w:t>
      </w:r>
      <w:r w:rsidRPr="004264D4">
        <w:rPr>
          <w:rFonts w:ascii="Arial" w:hAnsi="Arial" w:cs="Arial"/>
          <w:color w:val="000000" w:themeColor="text1"/>
        </w:rPr>
        <w:br/>
        <w:t>_________________________________________</w:t>
      </w:r>
      <w:r w:rsidRPr="004264D4">
        <w:rPr>
          <w:rFonts w:ascii="Arial" w:hAnsi="Arial" w:cs="Arial"/>
          <w:color w:val="000000" w:themeColor="text1"/>
        </w:rPr>
        <w:br/>
        <w:t>_________________________________________</w:t>
      </w:r>
    </w:p>
    <w:p w14:paraId="2CE2F79D" w14:textId="510CB5B1" w:rsidR="00084F5B" w:rsidRPr="004264D4" w:rsidRDefault="004264D4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/>
      </w:r>
      <w:r w:rsidR="00000000" w:rsidRPr="004264D4">
        <w:rPr>
          <w:rFonts w:ascii="Arial" w:hAnsi="Arial" w:cs="Arial"/>
          <w:color w:val="000000" w:themeColor="text1"/>
        </w:rPr>
        <w:t>Dato: _______________   Signatur: ______________________</w:t>
      </w:r>
    </w:p>
    <w:p w14:paraId="307E9AB8" w14:textId="4F49DB6B" w:rsidR="00F911B1" w:rsidRPr="004264D4" w:rsidRDefault="00F911B1">
      <w:pPr>
        <w:pStyle w:val="Heading2"/>
        <w:rPr>
          <w:rFonts w:ascii="Arial" w:hAnsi="Arial" w:cs="Arial"/>
          <w:color w:val="000000" w:themeColor="text1"/>
        </w:rPr>
      </w:pPr>
    </w:p>
    <w:p w14:paraId="200A29EF" w14:textId="44FE3CD5" w:rsidR="004264D4" w:rsidRDefault="004264D4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</w:p>
    <w:p w14:paraId="1A42052C" w14:textId="770F5952" w:rsidR="00084F5B" w:rsidRPr="004264D4" w:rsidRDefault="00000000">
      <w:pPr>
        <w:pStyle w:val="Heading2"/>
        <w:rPr>
          <w:rFonts w:ascii="Arial" w:hAnsi="Arial" w:cs="Arial"/>
          <w:color w:val="000000" w:themeColor="text1"/>
          <w:sz w:val="32"/>
          <w:szCs w:val="32"/>
        </w:rPr>
      </w:pPr>
      <w:r w:rsidRPr="004264D4">
        <w:rPr>
          <w:rFonts w:ascii="Arial" w:hAnsi="Arial" w:cs="Arial"/>
          <w:color w:val="000000" w:themeColor="text1"/>
          <w:sz w:val="32"/>
          <w:szCs w:val="32"/>
        </w:rPr>
        <w:t>Returadresse</w:t>
      </w:r>
    </w:p>
    <w:p w14:paraId="71CD393B" w14:textId="767177DF" w:rsidR="00084F5B" w:rsidRPr="004264D4" w:rsidRDefault="004264D4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39CED6AC" wp14:editId="380D8FFF">
            <wp:simplePos x="0" y="0"/>
            <wp:positionH relativeFrom="column">
              <wp:posOffset>3550829</wp:posOffset>
            </wp:positionH>
            <wp:positionV relativeFrom="paragraph">
              <wp:posOffset>89535</wp:posOffset>
            </wp:positionV>
            <wp:extent cx="2567215" cy="474295"/>
            <wp:effectExtent l="0" t="0" r="0" b="0"/>
            <wp:wrapNone/>
            <wp:docPr id="1530467973" name="Picture 2" descr="A blu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467973" name="Picture 2" descr="A blue text on a black background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7215" cy="474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 w:rsidRPr="004264D4">
        <w:rPr>
          <w:rFonts w:ascii="Arial" w:hAnsi="Arial" w:cs="Arial"/>
          <w:color w:val="000000" w:themeColor="text1"/>
        </w:rPr>
        <w:t>Utecomfort AS</w:t>
      </w:r>
      <w:r w:rsidR="00000000" w:rsidRPr="004264D4">
        <w:rPr>
          <w:rFonts w:ascii="Arial" w:hAnsi="Arial" w:cs="Arial"/>
          <w:color w:val="000000" w:themeColor="text1"/>
        </w:rPr>
        <w:br/>
        <w:t>Røykenveien 70 B, 1386 Asker</w:t>
      </w:r>
      <w:r w:rsidR="00000000" w:rsidRPr="004264D4">
        <w:rPr>
          <w:rFonts w:ascii="Arial" w:hAnsi="Arial" w:cs="Arial"/>
          <w:color w:val="000000" w:themeColor="text1"/>
        </w:rPr>
        <w:br/>
        <w:t>E-post: info@utecomfort.no</w:t>
      </w:r>
    </w:p>
    <w:sectPr w:rsidR="00084F5B" w:rsidRPr="004264D4" w:rsidSect="004264D4">
      <w:pgSz w:w="12240" w:h="15840"/>
      <w:pgMar w:top="91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40226283">
    <w:abstractNumId w:val="8"/>
  </w:num>
  <w:num w:numId="2" w16cid:durableId="1811436300">
    <w:abstractNumId w:val="6"/>
  </w:num>
  <w:num w:numId="3" w16cid:durableId="1639721299">
    <w:abstractNumId w:val="5"/>
  </w:num>
  <w:num w:numId="4" w16cid:durableId="1239829543">
    <w:abstractNumId w:val="4"/>
  </w:num>
  <w:num w:numId="5" w16cid:durableId="1932932168">
    <w:abstractNumId w:val="7"/>
  </w:num>
  <w:num w:numId="6" w16cid:durableId="668139965">
    <w:abstractNumId w:val="3"/>
  </w:num>
  <w:num w:numId="7" w16cid:durableId="1479178936">
    <w:abstractNumId w:val="2"/>
  </w:num>
  <w:num w:numId="8" w16cid:durableId="1011298981">
    <w:abstractNumId w:val="1"/>
  </w:num>
  <w:num w:numId="9" w16cid:durableId="100341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45C9"/>
    <w:rsid w:val="0006063C"/>
    <w:rsid w:val="00084F5B"/>
    <w:rsid w:val="0015074B"/>
    <w:rsid w:val="0029639D"/>
    <w:rsid w:val="00326F90"/>
    <w:rsid w:val="004264D4"/>
    <w:rsid w:val="00AA1D8D"/>
    <w:rsid w:val="00B47730"/>
    <w:rsid w:val="00CB0664"/>
    <w:rsid w:val="00F911B1"/>
    <w:rsid w:val="00FC693F"/>
    <w:rsid w:val="00FE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6CBE683"/>
  <w14:defaultImageDpi w14:val="300"/>
  <w15:docId w15:val="{B27E6E59-84CA-5A45-A829-A59172205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Angreskjema - Utecomfort AS</vt:lpstr>
    </vt:vector>
  </TitlesOfParts>
  <Manager/>
  <Company/>
  <LinksUpToDate>false</LinksUpToDate>
  <CharactersWithSpaces>878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Angreskjema - Utecomfort AS</dc:title>
  <dc:subject/>
  <dc:creator>Utecomfort AS</dc:creator>
  <cp:keywords/>
  <dc:description>generated by python-docx</dc:description>
  <cp:lastModifiedBy>Utecomfort | Administrator</cp:lastModifiedBy>
  <cp:revision>3</cp:revision>
  <dcterms:created xsi:type="dcterms:W3CDTF">2013-12-23T23:15:00Z</dcterms:created>
  <dcterms:modified xsi:type="dcterms:W3CDTF">2025-10-10T11:27:00Z</dcterms:modified>
  <cp:category/>
</cp:coreProperties>
</file>